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LETTERA DI DISDETTA CONTRATTO DI LOCAZIONE DA PARTE DEL CONDUTTORE</w:t>
      </w:r>
    </w:p>
    <w:p/>
    <w:p/>
    <w:p>
      <w:r>
        <w:rPr>
          <w:b/>
          <w:sz w:val="20"/>
        </w:rPr>
        <w:t>Il/la sottoscritto/a :</w:t>
      </w:r>
    </w:p>
    <w:p>
      <w:r>
        <w:rPr>
          <w:b w:val="0"/>
          <w:sz w:val="20"/>
        </w:rPr>
        <w:t>Nome e Cognome: _________________________________________________________</w:t>
      </w:r>
    </w:p>
    <w:p>
      <w:r>
        <w:rPr>
          <w:b w:val="0"/>
          <w:sz w:val="20"/>
        </w:rPr>
        <w:t>Codice Fiscale: __________________________________________________________</w:t>
      </w:r>
    </w:p>
    <w:p>
      <w:r>
        <w:rPr>
          <w:b w:val="0"/>
          <w:sz w:val="20"/>
        </w:rPr>
        <w:t>Residenza: _______________________________________________________________</w:t>
      </w:r>
    </w:p>
    <w:p/>
    <w:p>
      <w:r>
        <w:rPr>
          <w:b/>
          <w:sz w:val="20"/>
        </w:rPr>
        <w:t>in qualità di Conduttore dell'immobile sito in :</w:t>
      </w:r>
    </w:p>
    <w:p>
      <w:r>
        <w:rPr>
          <w:b w:val="0"/>
          <w:sz w:val="20"/>
        </w:rPr>
        <w:t>Indirizzo: ________________________________________________________________</w:t>
      </w:r>
    </w:p>
    <w:p>
      <w:r>
        <w:rPr>
          <w:b w:val="0"/>
          <w:sz w:val="20"/>
        </w:rPr>
        <w:t>Comune: _________________________________________________________________</w:t>
      </w:r>
    </w:p>
    <w:p>
      <w:r>
        <w:rPr>
          <w:b w:val="0"/>
          <w:sz w:val="20"/>
        </w:rPr>
        <w:t>Provincia: _______________________________________________________________</w:t>
      </w:r>
    </w:p>
    <w:p/>
    <w:p>
      <w:r>
        <w:rPr>
          <w:b/>
          <w:sz w:val="20"/>
        </w:rPr>
        <w:t>al Proprietario :</w:t>
      </w:r>
    </w:p>
    <w:p>
      <w:r>
        <w:rPr>
          <w:b w:val="0"/>
          <w:sz w:val="20"/>
        </w:rPr>
        <w:t>Nome e Cognome / Ragione Sociale: _________________________________________</w:t>
      </w:r>
    </w:p>
    <w:p>
      <w:r>
        <w:rPr>
          <w:b w:val="0"/>
          <w:sz w:val="20"/>
        </w:rPr>
        <w:t>Codice Fiscale / Partita IVA: ______________________________________________</w:t>
      </w:r>
    </w:p>
    <w:p>
      <w:r>
        <w:rPr>
          <w:b w:val="0"/>
          <w:sz w:val="20"/>
        </w:rPr>
        <w:t>Residenza / Sede Legale: _________________________________________________</w:t>
      </w:r>
    </w:p>
    <w:p/>
    <w:p/>
    <w:p>
      <w:pPr>
        <w:jc w:val="center"/>
      </w:pPr>
      <w:r>
        <w:rPr>
          <w:b/>
          <w:sz w:val="20"/>
        </w:rPr>
        <w:t>OGGETTO: Disdetta Contratto di Locazione</w:t>
      </w:r>
    </w:p>
    <w:p/>
    <w:p/>
    <w:p>
      <w:r>
        <w:rPr>
          <w:b w:val="0"/>
          <w:sz w:val="20"/>
        </w:rPr>
        <w:t>Spett.le Proprietario,</w:t>
      </w:r>
    </w:p>
    <w:p/>
    <w:p>
      <w:r>
        <w:rPr>
          <w:b w:val="0"/>
          <w:sz w:val="20"/>
        </w:rPr>
        <w:t>con la presente, ai sensi e per gli effetti dell'art. 3 della legge 9 dicembre 1998, n. 431, comunico la volontà di recedere anticipatamente dal contratto di locazione relativo all'immobile sopra indicato, stipulato tra le parti, con decorrenza dal momento che sarà rispettato il termine di preavviso previsto, pari a ______ mesi.</w:t>
      </w:r>
    </w:p>
    <w:p/>
    <w:p>
      <w:r>
        <w:rPr>
          <w:b w:val="0"/>
          <w:sz w:val="20"/>
        </w:rPr>
        <w:t>A tal fine, mi impegno a restituire l'immobile libero da persone e cose, nelle condizioni concordate nel contratto e nella sua originaria manutenzione, al termine del periodo di preavviso.</w:t>
      </w:r>
    </w:p>
    <w:p/>
    <w:p>
      <w:r>
        <w:rPr>
          <w:b w:val="0"/>
          <w:sz w:val="20"/>
        </w:rPr>
        <w:t>Resto a disposizione per concordare le modalità di riconsegna delle chiavi e per effettuare eventuali sopralluoghi.</w:t>
      </w:r>
    </w:p>
    <w:p/>
    <w:p>
      <w:r>
        <w:rPr>
          <w:b w:val="0"/>
          <w:sz w:val="20"/>
        </w:rPr>
        <w:t>Ringraziando per la collaborazione, porgo distinti saluti.</w:t>
      </w:r>
    </w:p>
    <w:p/>
    <w:p/>
    <w:p/>
    <w:p>
      <w:r>
        <w:rPr>
          <w:b w:val="0"/>
          <w:sz w:val="20"/>
        </w:rPr>
        <w:t>Luogo: _______________________________    Data: _______________________________</w:t>
      </w:r>
    </w:p>
    <w:p/>
    <w:p/>
    <w:p/>
    <w:p>
      <w:pPr>
        <w:jc w:val="center"/>
      </w:pPr>
      <w:r>
        <w:rPr>
          <w:b/>
          <w:sz w:val="22"/>
        </w:rPr>
        <w:t>Firma del Conduttore</w:t>
      </w:r>
    </w:p>
    <w:p/>
    <w:p/>
    <w:p>
      <w:pPr>
        <w:jc w:val="center"/>
      </w:pPr>
      <w:r>
        <w:rPr>
          <w:b w:val="0"/>
          <w:sz w:val="20"/>
        </w:rPr>
        <w:t>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Conduttore</w:t>
            </w:r>
          </w:p>
        </w:tc>
        <w:tc>
          <w:tcPr>
            <w:tcW w:type="dxa" w:w="4986"/>
            <w:tcBorders>
              <w:top w:val="nil"/>
              <w:left w:val="nil"/>
              <w:bottom w:val="nil"/>
              <w:right w:val="nil"/>
              <w:insideH w:val="nil"/>
              <w:insideV w:val="nil"/>
            </w:tcBorders>
          </w:tcPr>
          <w:p>
            <w:pPr>
              <w:jc w:val="center"/>
            </w:pPr>
            <w:r>
              <w:t>Proprietario</w:t>
            </w:r>
          </w:p>
        </w:tc>
      </w:tr>
      <w:tr>
        <w:tc>
          <w:tcPr>
            <w:tcW w:type="dxa" w:w="4986"/>
            <w:tcBorders>
              <w:top w:val="nil"/>
              <w:left w:val="nil"/>
              <w:bottom w:val="nil"/>
              <w:right w:val="nil"/>
              <w:insideH w:val="nil"/>
              <w:insideV w:val="nil"/>
            </w:tcBorders>
          </w:tcPr>
          <w:p>
            <w:pPr>
              <w:jc w:val="center"/>
            </w:pPr>
            <w:r>
              <w:br/>
              <w:t>Firma: _________________________</w:t>
            </w:r>
          </w:p>
        </w:tc>
        <w:tc>
          <w:tcPr>
            <w:tcW w:type="dxa" w:w="4986"/>
            <w:tcBorders>
              <w:top w:val="nil"/>
              <w:left w:val="nil"/>
              <w:bottom w:val="nil"/>
              <w:right w:val="nil"/>
              <w:insideH w:val="nil"/>
              <w:insideV w:val="nil"/>
            </w:tcBorders>
          </w:tcPr>
          <w:p>
            <w:pPr>
              <w:jc w:val="center"/>
            </w:pPr>
            <w:r>
              <w:br/>
              <w:t>Firma: _________________________</w:t>
            </w:r>
          </w:p>
        </w:tc>
      </w:tr>
    </w:tbl>
    <w:p>
      <w:r>
        <w:br w:type="page"/>
      </w:r>
    </w:p>
    <w:p>
      <w:pPr>
        <w:jc w:val="center"/>
      </w:pPr>
      <w:r>
        <w:rPr>
          <w:color w:val="555555"/>
          <w:sz w:val="24"/>
        </w:rPr>
        <w:t>Fonte originale di questo documento:</w:t>
      </w:r>
    </w:p>
    <w:p>
      <w:pPr>
        <w:jc w:val="center"/>
      </w:pPr>
      <w:hyperlink r:id="rId9">
        <w:r>
          <w:rPr>
            <w:color w:val="0000FF"/>
            <w:u w:val="single"/>
          </w:rPr>
          <w:t>https://esperto-disdetta.com/lettera-disdetta-contratto-affitto-conduttore/</w:t>
        </w:r>
      </w:hyperlink>
    </w:p>
    <w:p>
      <w:pPr>
        <w:jc w:val="center"/>
      </w:pPr>
      <w:r>
        <w:rPr>
          <w:color w:val="555555"/>
          <w:sz w:val="26"/>
        </w:rPr>
        <w:t>Questo modello ti è stato utile?</w:t>
      </w:r>
    </w:p>
    <w:p>
      <w:pPr>
        <w:jc w:val="center"/>
      </w:pPr>
      <w:r>
        <w:rPr>
          <w:color w:val="555555"/>
          <w:sz w:val="26"/>
        </w:rPr>
        <w:t>Trova altri modelli aggiornati su:</w:t>
      </w:r>
    </w:p>
    <w:p>
      <w:pPr>
        <w:jc w:val="center"/>
      </w:pPr>
      <w:hyperlink r:id="rId10">
        <w:r>
          <w:rPr>
            <w:color w:val="0000FF"/>
            <w:u w:val="single"/>
          </w:rPr>
          <w:t>https://esperto-disdetta.com</w:t>
        </w:r>
      </w:hyperlink>
    </w:p>
    <w:p>
      <w:pPr>
        <w:jc w:val="center"/>
      </w:pPr>
      <w:r>
        <w:rPr>
          <w:color w:val="808080"/>
          <w:sz w:val="20"/>
        </w:rPr>
        <w:t>Questo modello è destinato esclusivamente a un uso personale e non commerciale.</w:t>
        <w:br/>
        <w:t>Qualsiasi diffusione o pubblicazione deve citare obbligatoriamente la fonte. © esperto-disdetta.com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sperto-disdetta.com/lettera-disdetta-contratto-affitto-conduttore/" TargetMode="External"/><Relationship Id="rId10" Type="http://schemas.openxmlformats.org/officeDocument/2006/relationships/hyperlink" Target="https://esperto-disdett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