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DISDETTA POSTO AUTO</w:t>
      </w:r>
    </w:p>
    <w:p/>
    <w:p/>
    <w:p>
      <w:r>
        <w:rPr>
          <w:b/>
          <w:sz w:val="20"/>
        </w:rPr>
        <w:t>Mittente :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Indirizzo : ____________________________________________________</w:t>
      </w:r>
    </w:p>
    <w:p>
      <w:r>
        <w:rPr>
          <w:b w:val="0"/>
          <w:sz w:val="20"/>
        </w:rPr>
        <w:t>CAP, Città : ___________________________________________________</w:t>
      </w:r>
    </w:p>
    <w:p>
      <w:r>
        <w:rPr>
          <w:b w:val="0"/>
          <w:sz w:val="20"/>
        </w:rPr>
        <w:t>Telefono : _____________________________________________________</w:t>
      </w:r>
    </w:p>
    <w:p>
      <w:r>
        <w:rPr>
          <w:b w:val="0"/>
          <w:sz w:val="20"/>
        </w:rPr>
        <w:t>Email : _______________________________________________________</w:t>
      </w:r>
    </w:p>
    <w:p/>
    <w:p>
      <w:r>
        <w:rPr>
          <w:b/>
          <w:sz w:val="20"/>
        </w:rPr>
        <w:t>Destinatario :</w:t>
      </w:r>
    </w:p>
    <w:p>
      <w:r>
        <w:rPr>
          <w:b w:val="0"/>
          <w:sz w:val="20"/>
        </w:rPr>
        <w:t>Nome/Denominazione : ___________________________________________</w:t>
      </w:r>
    </w:p>
    <w:p>
      <w:r>
        <w:rPr>
          <w:b w:val="0"/>
          <w:sz w:val="20"/>
        </w:rPr>
        <w:t>Indirizzo : ____________________________________________________</w:t>
      </w:r>
    </w:p>
    <w:p>
      <w:r>
        <w:rPr>
          <w:b w:val="0"/>
          <w:sz w:val="20"/>
        </w:rPr>
        <w:t>CAP, Città : ___________________________________________________</w:t>
      </w:r>
    </w:p>
    <w:p/>
    <w:p/>
    <w:p>
      <w:r>
        <w:rPr>
          <w:b/>
          <w:sz w:val="20"/>
        </w:rPr>
        <w:t>Oggetto: Disdetta contratto di locazione posto auto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il/la sottoscritto/a ____________________________________________, nato/a a ______________________________, residente in ____________________________, in qualità di titolare del contratto di locazione relativo al posto auto sito in ________________, intende comunicare la disdetta del contratto di locazione in essere.</w:t>
      </w:r>
    </w:p>
    <w:p/>
    <w:p>
      <w:r>
        <w:rPr>
          <w:b w:val="0"/>
          <w:sz w:val="20"/>
        </w:rPr>
        <w:t>La presente disdetta viene effettuata conformemente alle disposizioni contrattuali e di legge, con un preavviso di almeno 30 giorni, come previsto dall'art. 1587 e seguenti del Codice Civile.</w:t>
      </w:r>
    </w:p>
    <w:p/>
    <w:p>
      <w:r>
        <w:rPr>
          <w:b w:val="0"/>
          <w:sz w:val="20"/>
        </w:rPr>
        <w:t>Si richiede pertanto di voler prendere atto della cessazione del rapporto contrattuale a decorrere dalla data di rilascio del posto auto, che avverrà entro il termine di preavviso suddetto.</w:t>
      </w:r>
    </w:p>
    <w:p/>
    <w:p>
      <w:r>
        <w:rPr>
          <w:b w:val="0"/>
          <w:sz w:val="20"/>
        </w:rPr>
        <w:t>Si rimane a disposizione per concordare un eventuale sopralluogo per la restituzione delle chiavi e dello stato del posto auto.</w:t>
      </w:r>
    </w:p>
    <w:p/>
    <w:p>
      <w:r>
        <w:rPr>
          <w:b w:val="0"/>
          <w:sz w:val="20"/>
        </w:rPr>
        <w:t>Si prega di voler confermare l'avvenuta ricezione della presente comunicazione.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 w:val="0"/>
          <w:sz w:val="20"/>
        </w:rPr>
        <w:t>Firma _______________________________</w:t>
      </w:r>
    </w:p>
    <w:p/>
    <w:p/>
    <w:p>
      <w:r>
        <w:rPr>
          <w:b w:val="0"/>
          <w:sz w:val="20"/>
        </w:rPr>
        <w:t>Luogo : ______________________    Data 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https://esperto-disdetta.com/lettera-disdetta-posto-auto/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lettera-disdetta-posto-auto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