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LETTERA DI DISDETTA CONTRATTO METLIFE</w:t>
      </w:r>
    </w:p>
    <w:p/>
    <w:p/>
    <w:p>
      <w:r>
        <w:rPr>
          <w:b/>
          <w:sz w:val="22"/>
        </w:rPr>
        <w:t>Mittente:</w:t>
      </w:r>
    </w:p>
    <w:p>
      <w:r>
        <w:rPr>
          <w:b w:val="0"/>
          <w:sz w:val="22"/>
        </w:rPr>
        <w:t>Nome e Cognome: ______________________________________________</w:t>
      </w:r>
    </w:p>
    <w:p>
      <w:r>
        <w:rPr>
          <w:b w:val="0"/>
          <w:sz w:val="22"/>
        </w:rPr>
        <w:t>Indirizzo: ____________________________________________________</w:t>
      </w:r>
    </w:p>
    <w:p>
      <w:r>
        <w:rPr>
          <w:b w:val="0"/>
          <w:sz w:val="22"/>
        </w:rPr>
        <w:t>CAP, Città: ___________________________________________________</w:t>
      </w:r>
    </w:p>
    <w:p>
      <w:r>
        <w:rPr>
          <w:b w:val="0"/>
          <w:sz w:val="22"/>
        </w:rPr>
        <w:t>Codice Fiscale: _______________________________________________</w:t>
      </w:r>
    </w:p>
    <w:p>
      <w:r>
        <w:rPr>
          <w:b w:val="0"/>
          <w:sz w:val="22"/>
        </w:rPr>
        <w:t>Numero Polizza: _______________________________________________</w:t>
      </w:r>
    </w:p>
    <w:p/>
    <w:p/>
    <w:p>
      <w:r>
        <w:rPr>
          <w:b/>
          <w:sz w:val="22"/>
        </w:rPr>
        <w:t>Destinatario:</w:t>
      </w:r>
    </w:p>
    <w:p>
      <w:r>
        <w:rPr>
          <w:b w:val="0"/>
          <w:sz w:val="22"/>
        </w:rPr>
        <w:t>MetLife S.p.A.</w:t>
      </w:r>
    </w:p>
    <w:p>
      <w:r>
        <w:rPr>
          <w:b w:val="0"/>
          <w:sz w:val="22"/>
        </w:rPr>
        <w:t>Servizio Clienti</w:t>
      </w:r>
    </w:p>
    <w:p>
      <w:r>
        <w:rPr>
          <w:b w:val="0"/>
          <w:sz w:val="22"/>
        </w:rPr>
        <w:t>Via Marsala, 29 - 20121 Milano</w:t>
      </w:r>
    </w:p>
    <w:p>
      <w:r>
        <w:rPr>
          <w:b w:val="0"/>
          <w:sz w:val="22"/>
        </w:rPr>
        <w:t>PEC: metlife@pec.it</w:t>
      </w:r>
    </w:p>
    <w:p/>
    <w:p/>
    <w:p>
      <w:pPr>
        <w:jc w:val="center"/>
      </w:pPr>
      <w:r>
        <w:rPr>
          <w:b/>
          <w:sz w:val="22"/>
        </w:rPr>
        <w:t>OGGETTO: Disdetta del contratto di assicurazione MetLife</w:t>
      </w:r>
    </w:p>
    <w:p/>
    <w:p/>
    <w:p>
      <w:r>
        <w:rPr>
          <w:b w:val="0"/>
          <w:sz w:val="22"/>
        </w:rPr>
        <w:t>Spett.le MetLife S.p.A.,</w:t>
      </w:r>
    </w:p>
    <w:p/>
    <w:p>
      <w:r>
        <w:rPr>
          <w:b w:val="0"/>
          <w:sz w:val="22"/>
        </w:rPr>
        <w:t xml:space="preserve">con la presente, il/la sottoscritto/a, titolare della polizza indicata sopra, comunica la volontà di recedere dal contratto di assicurazione stipulato con codesto Istituto, in conformità a quanto previsto dalle condizioni contrattuali e dalla normativa vigente in materia di assicurazioni. </w:t>
      </w:r>
    </w:p>
    <w:p/>
    <w:p>
      <w:r>
        <w:rPr>
          <w:b w:val="0"/>
          <w:sz w:val="22"/>
        </w:rPr>
        <w:t>Si richiede pertanto la cessazione di ogni obbligo contrattuale a partire dal momento in cui la disdetta sarà presa in carico, senza necessità di ulteriori adempimenti da parte del sottoscritto.</w:t>
      </w:r>
    </w:p>
    <w:p/>
    <w:p>
      <w:r>
        <w:rPr>
          <w:b w:val="0"/>
          <w:sz w:val="22"/>
        </w:rPr>
        <w:t>Si richiede inoltre conferma scritta dell'avvenuta presa in carico della presente disdetta e la comunicazione dell'eventuale importo dovuto a titolo di conguaglio o altre somme residue.</w:t>
      </w:r>
    </w:p>
    <w:p/>
    <w:p>
      <w:r>
        <w:rPr>
          <w:b w:val="0"/>
          <w:sz w:val="22"/>
        </w:rPr>
        <w:t>Si allegano alla presente copia del documento di identità e del codice fiscale.</w:t>
      </w:r>
    </w:p>
    <w:p/>
    <w:p/>
    <w:p>
      <w:r>
        <w:rPr>
          <w:b/>
          <w:sz w:val="22"/>
        </w:rPr>
        <w:t>Riferimenti normativi e diritti del consumatore:</w:t>
      </w:r>
    </w:p>
    <w:p>
      <w:r>
        <w:rPr>
          <w:b w:val="0"/>
          <w:sz w:val="22"/>
        </w:rPr>
        <w:t>Ai sensi del Codice delle Assicurazioni Private (D.Lgs. 7 settembre 2005, n. 209) e del Codice Civile, la presente comunicazione vale come disdetta formale del contratto assicurativo, senza necessità di motivazione.</w:t>
      </w:r>
    </w:p>
    <w:p>
      <w:r>
        <w:rPr>
          <w:b w:val="0"/>
          <w:sz w:val="22"/>
        </w:rPr>
        <w:t>Si ricorda che il diritto di recesso può essere esercitato entro i termini previsti dal contratto o dalla legge, e che ogni eventuale controversia sarà devoluta alla competenza esclusiva del Foro competente.</w:t>
      </w:r>
    </w:p>
    <w:p/>
    <w:p/>
    <w:p>
      <w:r>
        <w:rPr>
          <w:b w:val="0"/>
          <w:sz w:val="22"/>
        </w:rPr>
        <w:t>Luogo: _______________________________________</w:t>
      </w:r>
    </w:p>
    <w:p>
      <w:r>
        <w:rPr>
          <w:b w:val="0"/>
          <w:sz w:val="22"/>
        </w:rPr>
        <w:t>Data: 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 Cliente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per MetLife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https://esperto-disdetta.com/metlife-disdetta/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https://esperto-disdetta.com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esperto-disdetta.com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disdetta.com/metlife-disdetta/" TargetMode="External"/><Relationship Id="rId10" Type="http://schemas.openxmlformats.org/officeDocument/2006/relationships/hyperlink" Target="https://esperto-disdett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