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DISDETTA CONTRATTO ACEA ENERGIA</w:t>
      </w:r>
    </w:p>
    <w:p>
      <w:pPr>
        <w:jc w:val="center"/>
      </w:pPr>
      <w:r>
        <w:rPr>
          <w:b/>
          <w:sz w:val="20"/>
        </w:rPr>
        <w:t>PER DECESSO INTESTATARIO</w:t>
      </w:r>
    </w:p>
    <w:p/>
    <w:p/>
    <w:p>
      <w:r>
        <w:rPr>
          <w:b/>
          <w:sz w:val="20"/>
        </w:rPr>
        <w:t>Spett.le ACEA ENERGIA S.p.A.</w:t>
      </w:r>
    </w:p>
    <w:p>
      <w:r>
        <w:rPr>
          <w:b w:val="0"/>
          <w:sz w:val="20"/>
        </w:rPr>
        <w:t>Servizio Clienti</w:t>
      </w:r>
    </w:p>
    <w:p>
      <w:r>
        <w:rPr>
          <w:b w:val="0"/>
          <w:sz w:val="20"/>
        </w:rPr>
        <w:t>Via degli Aldobrandeschi, 300</w:t>
      </w:r>
    </w:p>
    <w:p>
      <w:r>
        <w:rPr>
          <w:b w:val="0"/>
          <w:sz w:val="20"/>
        </w:rPr>
        <w:t>00163 Roma RM</w:t>
      </w:r>
    </w:p>
    <w:p/>
    <w:p/>
    <w:p>
      <w:r>
        <w:rPr>
          <w:b/>
          <w:sz w:val="20"/>
        </w:rPr>
        <w:t>Oggetto: Disdetta contratto energia elettrica per decesso intestatario</w:t>
      </w:r>
    </w:p>
    <w:p/>
    <w:p>
      <w:r>
        <w:rPr>
          <w:b/>
          <w:sz w:val="20"/>
        </w:rPr>
        <w:t>Il/La sottoscritto/a</w:t>
      </w:r>
    </w:p>
    <w:p>
      <w:r>
        <w:rPr>
          <w:b w:val="0"/>
          <w:sz w:val="20"/>
        </w:rPr>
        <w:t>Nome e Cognome: _________________________________________________</w:t>
      </w:r>
    </w:p>
    <w:p>
      <w:r>
        <w:rPr>
          <w:b w:val="0"/>
          <w:sz w:val="20"/>
        </w:rPr>
        <w:t>Codice Fiscale: _________________________________________________</w:t>
      </w:r>
    </w:p>
    <w:p>
      <w:r>
        <w:rPr>
          <w:b w:val="0"/>
          <w:sz w:val="20"/>
        </w:rPr>
        <w:t>Indirizzo: ______________________________________________________</w:t>
      </w:r>
    </w:p>
    <w:p>
      <w:r>
        <w:rPr>
          <w:b w:val="0"/>
          <w:sz w:val="20"/>
        </w:rPr>
        <w:t>CAP: ___________ Città: _______________________ Provincia: _______</w:t>
      </w:r>
    </w:p>
    <w:p/>
    <w:p>
      <w:r>
        <w:rPr>
          <w:b w:val="0"/>
          <w:sz w:val="20"/>
        </w:rPr>
        <w:t>In qualità di erede/legale rappresentante dell’intestatario del contratto di fornitura di energia elettrica,</w:t>
      </w:r>
    </w:p>
    <w:p>
      <w:r>
        <w:rPr>
          <w:b w:val="0"/>
          <w:sz w:val="20"/>
        </w:rPr>
        <w:t>intestatario del contratto n. ___________________________,</w:t>
      </w:r>
    </w:p>
    <w:p>
      <w:r>
        <w:rPr>
          <w:b w:val="0"/>
          <w:sz w:val="20"/>
        </w:rPr>
        <w:t>comunica la volontà di interrompere il contratto a seguito del decesso dell’intestatario stesso.</w:t>
      </w:r>
    </w:p>
    <w:p/>
    <w:p>
      <w:r>
        <w:rPr>
          <w:b/>
          <w:sz w:val="20"/>
        </w:rPr>
        <w:t>Dati dell’intestatario deceduto:</w:t>
      </w:r>
    </w:p>
    <w:p>
      <w:r>
        <w:rPr>
          <w:b w:val="0"/>
          <w:sz w:val="20"/>
        </w:rPr>
        <w:t>Nome e Cognome: _________________________________________________</w:t>
      </w:r>
    </w:p>
    <w:p>
      <w:r>
        <w:rPr>
          <w:b w:val="0"/>
          <w:sz w:val="20"/>
        </w:rPr>
        <w:t>Codice Fiscale: _________________________________________________</w:t>
      </w:r>
    </w:p>
    <w:p>
      <w:r>
        <w:rPr>
          <w:b w:val="0"/>
          <w:sz w:val="20"/>
        </w:rPr>
        <w:t>Indirizzo dell’utenza: ____________________________________________</w:t>
      </w:r>
    </w:p>
    <w:p>
      <w:r>
        <w:rPr>
          <w:b w:val="0"/>
          <w:sz w:val="20"/>
        </w:rPr>
        <w:t>Punto di Prelievo (POD): __________________________________________</w:t>
      </w:r>
    </w:p>
    <w:p/>
    <w:p>
      <w:r>
        <w:rPr>
          <w:b w:val="0"/>
          <w:sz w:val="20"/>
        </w:rPr>
        <w:t>Si allega copia del certificato di morte e documento di identità del sottoscritto.</w:t>
      </w:r>
    </w:p>
    <w:p/>
    <w:p>
      <w:r>
        <w:rPr>
          <w:b w:val="0"/>
          <w:sz w:val="20"/>
        </w:rPr>
        <w:t>Si richiede cortesemente di procedere con la chiusura del contratto senza applicazione di penali o costi aggiuntivi,</w:t>
      </w:r>
    </w:p>
    <w:p>
      <w:r>
        <w:rPr>
          <w:b w:val="0"/>
          <w:sz w:val="20"/>
        </w:rPr>
        <w:t>in conformità a quanto previsto dalla normativa vigente e dalle condizioni contrattuali.</w:t>
      </w:r>
    </w:p>
    <w:p/>
    <w:p>
      <w:r>
        <w:rPr>
          <w:b w:val="0"/>
          <w:sz w:val="20"/>
        </w:rPr>
        <w:t>Per ogni comunicazione o necessità di ulteriori informazioni, si prega di contattarmi al numero: ________________</w:t>
      </w:r>
    </w:p>
    <w:p/>
    <w:p/>
    <w:p>
      <w:r>
        <w:rPr>
          <w:b w:val="0"/>
          <w:sz w:val="20"/>
        </w:rPr>
        <w:t>Luogo: ______________________________________</w:t>
      </w:r>
    </w:p>
    <w:p>
      <w:r>
        <w:rPr>
          <w:b w:val="0"/>
          <w:sz w:val="20"/>
        </w:rPr>
        <w:t>Data: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dell’erede/legale rappresentante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per presa visione ACEA ENERGIA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https://esperto-disdetta.com/modulo-disdetta-acea-energia-per-decesso-intestatario/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modulo-disdetta-acea-energia-per-decesso-intestatario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