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DISDETTA DEL CONTRATTO DI LOCAZIONE SENZA PREAVVISO</w:t>
      </w:r>
    </w:p>
    <w:p/>
    <w:p/>
    <w:p>
      <w:r>
        <w:rPr>
          <w:b/>
          <w:sz w:val="20"/>
        </w:rPr>
        <w:t>LOCATORE:</w:t>
      </w:r>
    </w:p>
    <w:p>
      <w:r>
        <w:rPr>
          <w:b w:val="0"/>
          <w:sz w:val="20"/>
        </w:rPr>
        <w:t>Nome e Cognome / Ragione Sociale : __________________________________________</w:t>
      </w:r>
    </w:p>
    <w:p>
      <w:r>
        <w:rPr>
          <w:b w:val="0"/>
          <w:sz w:val="20"/>
        </w:rPr>
        <w:t>Codice Fiscale / Partita IVA : ______________________________________________</w:t>
      </w:r>
    </w:p>
    <w:p>
      <w:r>
        <w:rPr>
          <w:b w:val="0"/>
          <w:sz w:val="20"/>
        </w:rPr>
        <w:t>Indirizzo : ________________________________________________________________</w:t>
      </w:r>
    </w:p>
    <w:p/>
    <w:p>
      <w:r>
        <w:rPr>
          <w:b/>
          <w:sz w:val="20"/>
        </w:rPr>
        <w:t>CONDUTTORE:</w:t>
      </w:r>
    </w:p>
    <w:p>
      <w:r>
        <w:rPr>
          <w:b w:val="0"/>
          <w:sz w:val="20"/>
        </w:rPr>
        <w:t>Nome e Cognome : ___________________________________________________________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____________________________________________________________</w:t>
      </w:r>
    </w:p>
    <w:p>
      <w:r>
        <w:rPr>
          <w:b w:val="0"/>
          <w:sz w:val="20"/>
        </w:rPr>
        <w:t>Indirizzo attuale : _________________________________________________________</w:t>
      </w:r>
    </w:p>
    <w:p/>
    <w:p>
      <w:r>
        <w:rPr>
          <w:b/>
          <w:sz w:val="20"/>
        </w:rPr>
        <w:t>IMMOBILE LOCATO:</w:t>
      </w:r>
    </w:p>
    <w:p>
      <w:r>
        <w:rPr>
          <w:b w:val="0"/>
          <w:sz w:val="20"/>
        </w:rPr>
        <w:t>Indirizzo : ________________________________________________________________</w:t>
      </w:r>
    </w:p>
    <w:p>
      <w:r>
        <w:rPr>
          <w:b w:val="0"/>
          <w:sz w:val="20"/>
        </w:rPr>
        <w:t>Tipologia immobile (es. appartamento, negozio, ufficio) : ______________________</w:t>
      </w:r>
    </w:p>
    <w:p/>
    <w:p>
      <w:r>
        <w:rPr>
          <w:b/>
          <w:sz w:val="20"/>
        </w:rPr>
        <w:t>OGGETTO:</w:t>
      </w:r>
    </w:p>
    <w:p>
      <w:r>
        <w:rPr>
          <w:b w:val="0"/>
          <w:sz w:val="20"/>
        </w:rPr>
        <w:t>Il sottoscritto Conduttore comunica la disdetta immediata del contratto di locazione relativo all'immobile sopra indicato, stipulato con il Locatore, senza osservare il termine di preavviso previsto dal contratto e dalla normativa vigente.</w:t>
      </w:r>
    </w:p>
    <w:p/>
    <w:p>
      <w:r>
        <w:rPr>
          <w:b/>
          <w:sz w:val="20"/>
        </w:rPr>
        <w:t>RIFERIMENTI NORMATIVI:</w:t>
      </w:r>
    </w:p>
    <w:p>
      <w:r>
        <w:rPr>
          <w:b w:val="0"/>
          <w:sz w:val="20"/>
        </w:rPr>
        <w:t>La presente disdetta è inviata ai sensi dell'art. 1454 e seguenti del Codice Civile, nonché in conformità a quanto previsto dal contratto di locazione tra le parti.</w:t>
      </w:r>
    </w:p>
    <w:p/>
    <w:p>
      <w:r>
        <w:rPr>
          <w:b/>
          <w:sz w:val="20"/>
        </w:rPr>
        <w:t>MOTIVAZIONI DELLA DISDETTA SENZA PREAVVISO:</w:t>
      </w:r>
    </w:p>
    <w:p>
      <w:r>
        <w:rPr>
          <w:b w:val="0"/>
          <w:sz w:val="20"/>
        </w:rPr>
        <w:t>Il Conduttore dichiara che la disdetta senza preavviso si rende necessaria per i seguenti motivi (barrare le caselle pertinenti):</w:t>
      </w:r>
    </w:p>
    <w:p>
      <w:r>
        <w:rPr>
          <w:b w:val="0"/>
          <w:sz w:val="20"/>
        </w:rPr>
        <w:t>[  ] Gravi inadempienze contrattuali da parte del Locatore (es. mancata manutenzione, mancanza di condizioni igienico-sanitarie minime)</w:t>
      </w:r>
    </w:p>
    <w:p>
      <w:r>
        <w:rPr>
          <w:b w:val="0"/>
          <w:sz w:val="20"/>
        </w:rPr>
        <w:t>[  ] Impossibilità di continuare la locazione per motivi personali improrogabili</w:t>
      </w:r>
    </w:p>
    <w:p>
      <w:r>
        <w:rPr>
          <w:b w:val="0"/>
          <w:sz w:val="20"/>
        </w:rPr>
        <w:t>[  ] Altre cause di forza maggiore o giusta causa specificamente indicate: ________________</w:t>
      </w:r>
    </w:p>
    <w:p/>
    <w:p>
      <w:r>
        <w:rPr>
          <w:b/>
          <w:sz w:val="20"/>
        </w:rPr>
        <w:t>RESTITUZIONE DELL'IMMOBILE:</w:t>
      </w:r>
    </w:p>
    <w:p>
      <w:r>
        <w:rPr>
          <w:b w:val="0"/>
          <w:sz w:val="20"/>
        </w:rPr>
        <w:t>Il Conduttore si impegna a restituire l'immobile libero da persone e cose ed in buono stato di manutenzione, salvo il normale deperimento d'uso, entro e non oltre ________ giorni dalla data della presente comunicazione.</w:t>
      </w:r>
    </w:p>
    <w:p/>
    <w:p>
      <w:r>
        <w:rPr>
          <w:b/>
          <w:sz w:val="20"/>
        </w:rPr>
        <w:t>DEPOSITO CAUZIONALE:</w:t>
      </w:r>
    </w:p>
    <w:p>
      <w:r>
        <w:rPr>
          <w:b w:val="0"/>
          <w:sz w:val="20"/>
        </w:rPr>
        <w:t>Il Conduttore richiede la restituzione del deposito cauzionale versato al momento della stipula del contratto, al netto di eventuali danni o somme dovute, conformemente alle disposizioni contrattuali e di legge.</w:t>
      </w:r>
    </w:p>
    <w:p/>
    <w:p>
      <w:r>
        <w:rPr>
          <w:b/>
          <w:sz w:val="20"/>
        </w:rPr>
        <w:t>SPESE E ONERI:</w:t>
      </w:r>
    </w:p>
    <w:p>
      <w:r>
        <w:rPr>
          <w:b w:val="0"/>
          <w:sz w:val="20"/>
        </w:rPr>
        <w:t>Il Conduttore dichiara di aver adempiuto a tutti gli obblighi economici fino alla data odierna e che eventuali controversie verranno risolte secondo le modalità previste dal contratto e dalla normativa vigente.</w:t>
      </w:r>
    </w:p>
    <w:p/>
    <w:p/>
    <w:p>
      <w:r>
        <w:rPr>
          <w:b w:val="0"/>
          <w:sz w:val="20"/>
        </w:rPr>
        <w:t>Luogo, data : 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 del Conduttore: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https://esperto-disdetta.com/modulo-disdetta-affitto-senza-preavviso/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https://esperto-disdetta.com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esperto-disdetta.com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sdetta.com/modulo-disdetta-affitto-senza-preavviso/" TargetMode="External"/><Relationship Id="rId10" Type="http://schemas.openxmlformats.org/officeDocument/2006/relationships/hyperlink" Target="https://esperto-disdet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