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MODULO DI DISDETTA ASSICURAZIONE VITA</w:t>
      </w:r>
    </w:p>
    <w:p/>
    <w:p/>
    <w:p>
      <w:r>
        <w:rPr>
          <w:b/>
          <w:sz w:val="20"/>
        </w:rPr>
        <w:t>Spett.le Compagnia Assicurativa:</w:t>
      </w:r>
    </w:p>
    <w:p>
      <w:r>
        <w:rPr>
          <w:b w:val="0"/>
          <w:sz w:val="20"/>
        </w:rPr>
        <w:t>__________________________________________________________</w:t>
      </w:r>
    </w:p>
    <w:p>
      <w:r>
        <w:rPr>
          <w:b w:val="0"/>
          <w:sz w:val="20"/>
        </w:rPr>
        <w:t>Via/Piazza: ________________________________________________</w:t>
      </w:r>
    </w:p>
    <w:p>
      <w:r>
        <w:rPr>
          <w:b w:val="0"/>
          <w:sz w:val="20"/>
        </w:rPr>
        <w:t>CAP: _______________ Città: _______________________________</w:t>
      </w:r>
    </w:p>
    <w:p/>
    <w:p/>
    <w:p>
      <w:r>
        <w:rPr>
          <w:b/>
          <w:sz w:val="20"/>
        </w:rPr>
        <w:t>Dati dell’Assicurato / Contraente:</w:t>
      </w:r>
    </w:p>
    <w:p>
      <w:r>
        <w:rPr>
          <w:b w:val="0"/>
          <w:sz w:val="20"/>
        </w:rPr>
        <w:t>Nome e Cognome / Ragione Sociale: __________________________</w:t>
      </w:r>
    </w:p>
    <w:p>
      <w:r>
        <w:rPr>
          <w:b w:val="0"/>
          <w:sz w:val="20"/>
        </w:rPr>
        <w:t>Codice Fiscale / Partita IVA: _______________________________</w:t>
      </w:r>
    </w:p>
    <w:p>
      <w:r>
        <w:rPr>
          <w:b w:val="0"/>
          <w:sz w:val="20"/>
        </w:rPr>
        <w:t>Indirizzo: _________________________________________________</w:t>
      </w:r>
    </w:p>
    <w:p>
      <w:r>
        <w:rPr>
          <w:b w:val="0"/>
          <w:sz w:val="20"/>
        </w:rPr>
        <w:t>CAP: _______________ Città: _______________________________</w:t>
      </w:r>
    </w:p>
    <w:p>
      <w:r>
        <w:rPr>
          <w:b w:val="0"/>
          <w:sz w:val="20"/>
        </w:rPr>
        <w:t>Telefono: ___________________ Email: ________________________</w:t>
      </w:r>
    </w:p>
    <w:p/>
    <w:p/>
    <w:p>
      <w:r>
        <w:rPr>
          <w:b/>
          <w:sz w:val="20"/>
        </w:rPr>
        <w:t>Oggetto: Disdetta del contratto di assicurazione vita</w:t>
      </w:r>
    </w:p>
    <w:p/>
    <w:p>
      <w:r>
        <w:rPr>
          <w:b w:val="0"/>
          <w:sz w:val="20"/>
        </w:rPr>
        <w:t>Con la presente, il/la sottoscritto/a comunica la volontà di recedere dal contratto di assicurazione vita numero ____________, stipulato in data ____________ con cod. polizza ______________, conformemente a quanto previsto dalle condizioni contrattuali e dalla normativa vigente in materia.</w:t>
      </w:r>
    </w:p>
    <w:p/>
    <w:p>
      <w:r>
        <w:rPr>
          <w:b w:val="0"/>
          <w:sz w:val="20"/>
        </w:rPr>
        <w:t>Richiedo pertanto la cessazione di ogni obbligo contrattuale a decorrere dal ricevimento della presente disdetta, con contestuale liquidazione di ogni importo dovuto ai sensi del contratto.</w:t>
      </w:r>
    </w:p>
    <w:p/>
    <w:p>
      <w:r>
        <w:rPr>
          <w:b w:val="0"/>
          <w:sz w:val="20"/>
        </w:rPr>
        <w:t>Allego copia del documento di identità in corso di validità ai sensi della normativa anti-riciclaggio.</w:t>
      </w:r>
    </w:p>
    <w:p/>
    <w:p/>
    <w:p>
      <w:r>
        <w:rPr>
          <w:b/>
          <w:sz w:val="20"/>
        </w:rPr>
        <w:t>Riferimenti normativi e condizioni:</w:t>
      </w:r>
    </w:p>
    <w:p>
      <w:r>
        <w:rPr>
          <w:b w:val="0"/>
          <w:sz w:val="20"/>
        </w:rPr>
        <w:t>La presente comunicazione viene effettuata nel rispetto dei termini e delle modalità previste dal D.Lgs. 209/2005 (Codice delle Assicurazioni Private) e dalle condizioni generali di polizza.</w:t>
      </w:r>
    </w:p>
    <w:p>
      <w:r>
        <w:rPr>
          <w:b w:val="0"/>
          <w:sz w:val="20"/>
        </w:rPr>
        <w:t>Si richiede inoltre conferma scritta dell’avvenuto recesso e delle eventuali operazioni di liquidazione.</w:t>
      </w:r>
    </w:p>
    <w:p/>
    <w:p/>
    <w:p>
      <w:r>
        <w:rPr>
          <w:b w:val="0"/>
          <w:sz w:val="20"/>
        </w:rPr>
        <w:t>Luogo: ___________________________</w:t>
      </w:r>
    </w:p>
    <w:p>
      <w:r>
        <w:rPr>
          <w:b w:val="0"/>
          <w:sz w:val="20"/>
        </w:rPr>
        <w:t>Data: 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del Contraente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del Legale Rappresentante</w:t>
              <w:br/>
              <w:t>(se diverso dal Contraente)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https://esperto-disdetta.com/modulo-disdetta-assicurazione-vita/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https://esperto-disdetta.com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esperto-disdetta.com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disdetta.com/modulo-disdetta-assicurazione-vita/" TargetMode="External"/><Relationship Id="rId10" Type="http://schemas.openxmlformats.org/officeDocument/2006/relationships/hyperlink" Target="https://esperto-disdett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