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AI SENSI DELLA LEGGE 40/2007 (LEGGE BERSANI)</w:t>
      </w:r>
    </w:p>
    <w:p/>
    <w:p/>
    <w:p>
      <w:r>
        <w:rPr>
          <w:b/>
          <w:sz w:val="20"/>
        </w:rPr>
        <w:t>Mittente (Cliente):</w:t>
      </w:r>
    </w:p>
    <w:p>
      <w:r>
        <w:rPr>
          <w:b w:val="0"/>
          <w:sz w:val="20"/>
        </w:rPr>
        <w:t>Nome e Cognome / Ragione Sociale : ____________________________________________</w:t>
      </w:r>
    </w:p>
    <w:p>
      <w:r>
        <w:rPr>
          <w:b w:val="0"/>
          <w:sz w:val="20"/>
        </w:rPr>
        <w:t>Codice Fiscale / Partita IVA : 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Recapito Telefonico : ________________________________________________________</w:t>
      </w:r>
    </w:p>
    <w:p>
      <w:r>
        <w:rPr>
          <w:b w:val="0"/>
          <w:sz w:val="20"/>
        </w:rPr>
        <w:t>Indirizzo Email : ____________________________________________________________</w:t>
      </w:r>
    </w:p>
    <w:p/>
    <w:p>
      <w:r>
        <w:rPr>
          <w:b/>
          <w:sz w:val="20"/>
        </w:rPr>
        <w:t>Destinatario (Fornitore/Compagnia):</w:t>
      </w:r>
    </w:p>
    <w:p>
      <w:r>
        <w:rPr>
          <w:b w:val="0"/>
          <w:sz w:val="20"/>
        </w:rPr>
        <w:t>Ragione Sociale : ____________________________________________________________</w:t>
      </w:r>
    </w:p>
    <w:p>
      <w:r>
        <w:rPr>
          <w:b w:val="0"/>
          <w:sz w:val="20"/>
        </w:rPr>
        <w:t>Indirizzo Sede Legale : ______________________________________________________</w:t>
      </w:r>
    </w:p>
    <w:p>
      <w:r>
        <w:rPr>
          <w:b w:val="0"/>
          <w:sz w:val="20"/>
        </w:rPr>
        <w:t>Numero di Contratto / Cliente : _______________________________________________</w:t>
      </w:r>
    </w:p>
    <w:p/>
    <w:p/>
    <w:p>
      <w:r>
        <w:rPr>
          <w:b/>
          <w:sz w:val="20"/>
        </w:rPr>
        <w:t>Oggetto: Disdetta del contratto ai sensi della Legge 40/2007 (Legge Bersani)</w:t>
      </w:r>
    </w:p>
    <w:p/>
    <w:p>
      <w:r>
        <w:rPr>
          <w:b w:val="0"/>
          <w:sz w:val="20"/>
        </w:rPr>
        <w:t>Il/La sottoscritto/a, in qualità di contraente del contratto sopra indicato, comunica con la presente la volontà di recedere dal contratto in oggetto senza oneri aggiuntivi né penali, ai sensi della Legge 40 del 2 aprile 2007 (Legge Bersani), che consente la disdetta anticipata dei contratti di fornitura di servizi energetici e simili.</w:t>
        <w:br/>
        <w:br/>
        <w:t>Si richiede pertanto la cessazione del contratto e la conseguente interruzione del servizio, con effetto immediato o alla prima scadenza utile, senza alcun costo aggiuntivo.</w:t>
        <w:br/>
        <w:br/>
        <w:t>Si prega di voler confermare per iscritto l’avvenuta presa in carico della presente comunicazione e la data di effettiva cessazione del servizio.</w:t>
      </w:r>
    </w:p>
    <w:p/>
    <w:p/>
    <w:p>
      <w:r>
        <w:rPr>
          <w:b/>
          <w:sz w:val="20"/>
        </w:rPr>
        <w:t>Dichiarazioni e conferme:</w:t>
      </w:r>
    </w:p>
    <w:p>
      <w:r>
        <w:rPr>
          <w:b w:val="0"/>
          <w:sz w:val="20"/>
        </w:rPr>
        <w:t>• Il sottoscritto dichiara di essere intestatario del contratto o di avere piena delegazione per la sua gestione.</w:t>
        <w:br/>
        <w:t>• Si autorizza il trattamento dei dati personali ai sensi del Regolamento UE 2016/679 (GDPR) e del D.Lgs. 196/2003 per le finalità connesse alla presente richiesta.</w:t>
      </w:r>
    </w:p>
    <w:p/>
    <w:p/>
    <w:p>
      <w:r>
        <w:rPr>
          <w:b w:val="0"/>
          <w:sz w:val="20"/>
        </w:rPr>
        <w:t>Luogo e Data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t>Firma del Cliente (Mittente): 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Nome e Cognome (in stampatello): _____________________________________________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La Legge Bersani riconosce al cliente il diritto di recedere anticipatamente dal contratto di fornitura senza penali o costi aggiuntivi. È consigliabile inviare la presente disdetta tramite raccomandata A/R o PEC per prova di ricezione.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https://esperto-disdetta.com/modulo-disdetta-legge-bersani/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legge-bersani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