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MODULO DI DISDETTA POLIZZA CASA</w:t>
      </w:r>
    </w:p>
    <w:p/>
    <w:p/>
    <w:p>
      <w:r>
        <w:rPr>
          <w:b/>
          <w:sz w:val="20"/>
        </w:rPr>
        <w:t>Mittente:</w:t>
      </w:r>
    </w:p>
    <w:p>
      <w:r>
        <w:rPr>
          <w:b w:val="0"/>
          <w:sz w:val="20"/>
        </w:rPr>
        <w:t>Nome e Cognome _________________________________________________</w:t>
      </w:r>
    </w:p>
    <w:p>
      <w:r>
        <w:rPr>
          <w:b w:val="0"/>
          <w:sz w:val="20"/>
        </w:rPr>
        <w:t>Indirizzo _______________________________________________________</w:t>
      </w:r>
    </w:p>
    <w:p>
      <w:r>
        <w:rPr>
          <w:b w:val="0"/>
          <w:sz w:val="20"/>
        </w:rPr>
        <w:t>CAP ___________ Città __________________________ Provincia ______</w:t>
      </w:r>
    </w:p>
    <w:p>
      <w:r>
        <w:rPr>
          <w:b w:val="0"/>
          <w:sz w:val="20"/>
        </w:rPr>
        <w:t>Telefono _____________________ Email ____________________________</w:t>
      </w:r>
    </w:p>
    <w:p/>
    <w:p>
      <w:r>
        <w:rPr>
          <w:b/>
          <w:sz w:val="20"/>
        </w:rPr>
        <w:t>Destinatario:</w:t>
      </w:r>
    </w:p>
    <w:p>
      <w:r>
        <w:rPr>
          <w:b w:val="0"/>
          <w:sz w:val="20"/>
        </w:rPr>
        <w:t>Generali Italia S.p.A.</w:t>
      </w:r>
    </w:p>
    <w:p>
      <w:r>
        <w:rPr>
          <w:b w:val="0"/>
          <w:sz w:val="20"/>
        </w:rPr>
        <w:t>Servizio Clienti</w:t>
      </w:r>
    </w:p>
    <w:p>
      <w:r>
        <w:rPr>
          <w:b w:val="0"/>
          <w:sz w:val="20"/>
        </w:rPr>
        <w:t>Via orario ufficio o indirizzo della sede locale</w:t>
      </w:r>
    </w:p>
    <w:p>
      <w:r>
        <w:rPr>
          <w:b w:val="0"/>
          <w:sz w:val="20"/>
        </w:rPr>
        <w:t>CAP ___________ Città __________________________ Provincia ______</w:t>
      </w:r>
    </w:p>
    <w:p/>
    <w:p/>
    <w:p>
      <w:r>
        <w:rPr>
          <w:b/>
          <w:sz w:val="20"/>
        </w:rPr>
        <w:t>Oggetto: Disdetta Polizza Casa</w:t>
      </w:r>
    </w:p>
    <w:p/>
    <w:p>
      <w:r>
        <w:rPr>
          <w:b w:val="0"/>
          <w:sz w:val="20"/>
        </w:rPr>
        <w:t>Il/La sottoscritto/a, con riferimento al contratto di assicurazione casa numero polizza ____________________, stipulato con Generali Italia S.p.A., intende comunicare la disdetta del suddetto contratto.</w:t>
      </w:r>
    </w:p>
    <w:p/>
    <w:p>
      <w:r>
        <w:rPr>
          <w:b w:val="0"/>
          <w:sz w:val="20"/>
        </w:rPr>
        <w:t>Con la presente, pertanto, si richiede la cessazione del contratto di assicurazione alla prima scadenza utile, con effetto dalla data di ricezione della presente comunicazione, conformemente a quanto previsto dall’articolo 1893 del Codice Civile e dalle condizioni contrattuali.</w:t>
      </w:r>
    </w:p>
    <w:p/>
    <w:p>
      <w:r>
        <w:rPr>
          <w:b w:val="0"/>
          <w:sz w:val="20"/>
        </w:rPr>
        <w:t>Si prega di voler prendere atto della presente disdetta e di voler confermare per iscritto l’avvenuta cessazione del contratto e la data di effetto della stessa.</w:t>
      </w:r>
    </w:p>
    <w:p/>
    <w:p/>
    <w:p>
      <w:r>
        <w:rPr>
          <w:b/>
          <w:sz w:val="20"/>
        </w:rPr>
        <w:t>Dati polizza:</w:t>
      </w:r>
    </w:p>
    <w:p>
      <w:r>
        <w:rPr>
          <w:b w:val="0"/>
          <w:sz w:val="20"/>
        </w:rPr>
        <w:t>Numero Polizza: ________________________________________________</w:t>
      </w:r>
    </w:p>
    <w:p>
      <w:r>
        <w:rPr>
          <w:b w:val="0"/>
          <w:sz w:val="20"/>
        </w:rPr>
        <w:t>Intestatario Polizza: ___________________________________________</w:t>
      </w:r>
    </w:p>
    <w:p>
      <w:r>
        <w:rPr>
          <w:b w:val="0"/>
          <w:sz w:val="20"/>
        </w:rPr>
        <w:t>Indirizzo Assicurato: ___________________________________________</w:t>
      </w:r>
    </w:p>
    <w:p/>
    <w:p>
      <w:r>
        <w:rPr>
          <w:b w:val="0"/>
          <w:sz w:val="20"/>
        </w:rPr>
        <w:t>Luogo, ________________________</w:t>
      </w:r>
    </w:p>
    <w:p>
      <w:r>
        <w:rPr>
          <w:b w:val="0"/>
          <w:sz w:val="20"/>
        </w:rPr>
        <w:t>Firma 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del Contraente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Data di invio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</w:t>
            </w:r>
          </w:p>
        </w:tc>
      </w:tr>
    </w:tbl>
    <w:p/>
    <w:p/>
    <w:p>
      <w:r>
        <w:rPr>
          <w:b/>
          <w:sz w:val="20"/>
        </w:rPr>
        <w:t>Nota bene:</w:t>
      </w:r>
    </w:p>
    <w:p>
      <w:r>
        <w:rPr>
          <w:b w:val="0"/>
          <w:sz w:val="20"/>
        </w:rPr>
        <w:t>La presente disdetta va inviata a Generali Italia S.p.A. tramite raccomandata A/R, PEC o altro mezzo idoneo a comprovare la ricezione, in conformità alle disposizioni di legge vigenti.</w:t>
      </w:r>
    </w:p>
    <w:p>
      <w:r>
        <w:rPr>
          <w:b w:val="0"/>
          <w:sz w:val="20"/>
        </w:rPr>
        <w:t>Si raccomanda di conservare copia della presente comunicazione e della ricevuta di invio.</w:t>
      </w:r>
    </w:p>
    <w:p/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https://esperto-disdetta.com/modulo-disdetta-polizza-casa-generali/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https://esperto-disdetta.com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esperto-disdetta.com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sperto-disdetta.com/modulo-disdetta-polizza-casa-generali/" TargetMode="External"/><Relationship Id="rId10" Type="http://schemas.openxmlformats.org/officeDocument/2006/relationships/hyperlink" Target="https://esperto-disdett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