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DISDETTA CONTRATTO DI FORNITURA</w:t>
      </w:r>
    </w:p>
    <w:p>
      <w:pPr>
        <w:jc w:val="center"/>
      </w:pPr>
      <w:r>
        <w:rPr>
          <w:b/>
          <w:sz w:val="20"/>
        </w:rPr>
        <w:t>SERVIZIO ENERGIA ELETTRICA E/O GAS - SORGENIA S.P.A.</w:t>
      </w:r>
    </w:p>
    <w:p/>
    <w:p/>
    <w:p>
      <w:r>
        <w:rPr>
          <w:b/>
          <w:sz w:val="20"/>
        </w:rPr>
        <w:t>Dati del Cliente:</w:t>
      </w:r>
    </w:p>
    <w:p>
      <w:r>
        <w:rPr>
          <w:b w:val="0"/>
          <w:sz w:val="20"/>
        </w:rPr>
        <w:t>Nome e Cognome / Ragione Sociale : ______________________________________________</w:t>
      </w:r>
    </w:p>
    <w:p>
      <w:r>
        <w:rPr>
          <w:b w:val="0"/>
          <w:sz w:val="20"/>
        </w:rPr>
        <w:t>Codice Cliente (POD/PDR o Numero Contratto) : ___________________________________</w:t>
      </w:r>
    </w:p>
    <w:p>
      <w:r>
        <w:rPr>
          <w:b w:val="0"/>
          <w:sz w:val="20"/>
        </w:rPr>
        <w:t>Codice Fiscale / Partita IVA : _________________________________________________</w:t>
      </w:r>
    </w:p>
    <w:p>
      <w:r>
        <w:rPr>
          <w:b w:val="0"/>
          <w:sz w:val="20"/>
        </w:rPr>
        <w:t>Indirizzo di fornitura : _______________________________________________________</w:t>
      </w:r>
    </w:p>
    <w:p>
      <w:r>
        <w:rPr>
          <w:b w:val="0"/>
          <w:sz w:val="20"/>
        </w:rPr>
        <w:t>CAP, Città, Provincia : ________________________________________________________</w:t>
      </w:r>
    </w:p>
    <w:p/>
    <w:p>
      <w:r>
        <w:rPr>
          <w:b/>
          <w:sz w:val="20"/>
        </w:rPr>
        <w:t>Spett.le Sorgenia S.p.A.</w:t>
      </w:r>
    </w:p>
    <w:p>
      <w:r>
        <w:rPr>
          <w:b w:val="0"/>
          <w:sz w:val="20"/>
        </w:rPr>
        <w:t>Ufficio Disdette</w:t>
      </w:r>
    </w:p>
    <w:p>
      <w:r>
        <w:rPr>
          <w:b w:val="0"/>
          <w:sz w:val="20"/>
        </w:rPr>
        <w:t>Via degli Artisti, 14</w:t>
      </w:r>
    </w:p>
    <w:p>
      <w:r>
        <w:rPr>
          <w:b w:val="0"/>
          <w:sz w:val="20"/>
        </w:rPr>
        <w:t>20123 Milano (MI)</w:t>
      </w:r>
    </w:p>
    <w:p/>
    <w:p/>
    <w:p>
      <w:r>
        <w:rPr>
          <w:b/>
          <w:sz w:val="20"/>
        </w:rPr>
        <w:t>OGGETTO: Disdetta contratto di fornitura energia elettrica e/o gas</w:t>
      </w:r>
    </w:p>
    <w:p/>
    <w:p>
      <w:r>
        <w:rPr>
          <w:b w:val="0"/>
          <w:sz w:val="20"/>
        </w:rPr>
        <w:t>Il/La sottoscritto/a, titolare del contratto di fornitura sopra indicato, con la presente comunica la volontà di recedere dal contratto di fornitura di energia elettrica e/o gas con Sorgenia S.p.A., con effetto immediato salvo i termini di preavviso contrattuali e normativi.</w:t>
      </w:r>
    </w:p>
    <w:p/>
    <w:p>
      <w:r>
        <w:rPr>
          <w:b w:val="0"/>
          <w:sz w:val="20"/>
        </w:rPr>
        <w:t>Richiedo pertanto la chiusura della fornitura e la cessazione del rapporto contrattuale, con la richiesta di effettuare il conguaglio finale e l'invio della relativa fattura.</w:t>
      </w:r>
    </w:p>
    <w:p/>
    <w:p>
      <w:r>
        <w:rPr>
          <w:b w:val="0"/>
          <w:sz w:val="20"/>
        </w:rPr>
        <w:t>Ai sensi dell’art. 3, comma 9, del D.Lgs. 21 febbraio 2007, n. 22, e successive modifiche, dichiaro di essere consapevole che l’eventuale recesso anticipato potrebbe comportare l’applicazione di penali o costi di chiusura, come previsto dal contratto sottoscritto.</w:t>
      </w:r>
    </w:p>
    <w:p/>
    <w:p/>
    <w:p>
      <w:r>
        <w:rPr>
          <w:b/>
          <w:sz w:val="20"/>
        </w:rPr>
        <w:t>Coordinate bancarie per l’eventuale restituzione del deposito cauzionale (se applicabile):</w:t>
      </w:r>
    </w:p>
    <w:p>
      <w:r>
        <w:rPr>
          <w:b w:val="0"/>
          <w:sz w:val="20"/>
        </w:rPr>
        <w:t>Intestatario conto corrente : ________________________________________________</w:t>
      </w:r>
    </w:p>
    <w:p>
      <w:r>
        <w:rPr>
          <w:b w:val="0"/>
          <w:sz w:val="20"/>
        </w:rPr>
        <w:t>IBAN : _____________________________________________________________________</w:t>
      </w:r>
    </w:p>
    <w:p/>
    <w:p>
      <w:r>
        <w:rPr>
          <w:b w:val="0"/>
          <w:sz w:val="20"/>
        </w:rPr>
        <w:t>Informativa sulla privacy: ai sensi del Regolamento UE 2016/679 (GDPR), i dati personali forniti verranno trattati esclusivamente per le finalità connesse alla gestione della disdetta e del contratto di fornitura.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p>
      <w:pPr>
        <w:jc w:val="center"/>
      </w:pPr>
      <w:r>
        <w:rPr>
          <w:b w:val="0"/>
          <w:sz w:val="20"/>
        </w:rPr>
        <w:t>Firma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Cliente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per accettazione Sorgenia S.p.A.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https://esperto-disdetta.com/modulo-disdetta-sorgenia/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odulo-disdetta-sorgenia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