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DISDETTA TECNOCASA</w:t>
      </w:r>
    </w:p>
    <w:p/>
    <w:p/>
    <w:p>
      <w:r>
        <w:rPr>
          <w:b/>
          <w:sz w:val="20"/>
        </w:rPr>
        <w:t>Dati del Cliente:</w:t>
      </w:r>
    </w:p>
    <w:p>
      <w:r>
        <w:rPr>
          <w:b w:val="0"/>
          <w:sz w:val="20"/>
        </w:rPr>
        <w:t>Nome e Cognome: _________________________________________________</w:t>
      </w:r>
    </w:p>
    <w:p>
      <w:r>
        <w:rPr>
          <w:b w:val="0"/>
          <w:sz w:val="20"/>
        </w:rPr>
        <w:t>Indirizzo: ________________________________________________________</w:t>
      </w:r>
    </w:p>
    <w:p>
      <w:r>
        <w:rPr>
          <w:b w:val="0"/>
          <w:sz w:val="20"/>
        </w:rPr>
        <w:t>CAP, Città, Provincia: ______________________________________________</w:t>
      </w:r>
    </w:p>
    <w:p>
      <w:r>
        <w:rPr>
          <w:b w:val="0"/>
          <w:sz w:val="20"/>
        </w:rPr>
        <w:t>Codice Fiscale: _________________________________________________</w:t>
      </w:r>
    </w:p>
    <w:p>
      <w:r>
        <w:rPr>
          <w:b w:val="0"/>
          <w:sz w:val="20"/>
        </w:rPr>
        <w:t>Telefono: ________________________________________________________</w:t>
      </w:r>
    </w:p>
    <w:p>
      <w:r>
        <w:rPr>
          <w:b w:val="0"/>
          <w:sz w:val="20"/>
        </w:rPr>
        <w:t>Email: ___________________________________________________________</w:t>
      </w:r>
    </w:p>
    <w:p/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Tecnocasa S.p.A.</w:t>
      </w:r>
    </w:p>
    <w:p>
      <w:r>
        <w:rPr>
          <w:b w:val="0"/>
          <w:sz w:val="20"/>
        </w:rPr>
        <w:t>Via Monte Rosa, 91</w:t>
      </w:r>
    </w:p>
    <w:p>
      <w:r>
        <w:rPr>
          <w:b w:val="0"/>
          <w:sz w:val="20"/>
        </w:rPr>
        <w:t>20149 Milano (MI)</w:t>
      </w:r>
    </w:p>
    <w:p>
      <w:r>
        <w:rPr>
          <w:b w:val="0"/>
          <w:sz w:val="20"/>
        </w:rPr>
        <w:t>PEC: tecnocasa@pec.it</w:t>
      </w:r>
    </w:p>
    <w:p>
      <w:r>
        <w:rPr>
          <w:b w:val="0"/>
          <w:sz w:val="20"/>
        </w:rPr>
        <w:t>Email: info@tecnocasa.it</w:t>
      </w:r>
    </w:p>
    <w:p/>
    <w:p/>
    <w:p>
      <w:r>
        <w:rPr>
          <w:b/>
          <w:sz w:val="20"/>
        </w:rPr>
        <w:t>Oggetto: Disdetta del contratto di intermediazione immobiliare</w:t>
      </w:r>
    </w:p>
    <w:p/>
    <w:p>
      <w:r>
        <w:rPr>
          <w:b w:val="0"/>
          <w:sz w:val="20"/>
        </w:rPr>
        <w:t>Spett.le Tecnocasa,</w:t>
      </w:r>
    </w:p>
    <w:p/>
    <w:p>
      <w:r>
        <w:rPr>
          <w:b w:val="0"/>
          <w:sz w:val="20"/>
        </w:rPr>
        <w:t>con la presente, il/la sottoscritto/a, ai sensi e per gli effetti degli artt. 1746 e seguenti del Codice Civile,</w:t>
      </w:r>
    </w:p>
    <w:p>
      <w:r>
        <w:rPr>
          <w:b w:val="0"/>
          <w:sz w:val="20"/>
        </w:rPr>
        <w:t>comunica la volontà di recedere e disdire il contratto di intermediazione immobiliare sottoscritto con la Vostra agenzia,</w:t>
      </w:r>
    </w:p>
    <w:p>
      <w:r>
        <w:rPr>
          <w:b w:val="0"/>
          <w:sz w:val="20"/>
        </w:rPr>
        <w:t>relativo all'incarico di vendita/locazione dell'immobile sito in:</w:t>
      </w:r>
    </w:p>
    <w:p>
      <w:r>
        <w:rPr>
          <w:b w:val="0"/>
          <w:sz w:val="20"/>
        </w:rPr>
        <w:t>Indirizzo Immobile: ________________________________________________</w:t>
      </w:r>
    </w:p>
    <w:p>
      <w:r>
        <w:rPr>
          <w:b w:val="0"/>
          <w:sz w:val="20"/>
        </w:rPr>
        <w:t>CAP, Città, Provincia: ______________________________________________</w:t>
      </w:r>
    </w:p>
    <w:p>
      <w:r>
        <w:rPr>
          <w:b w:val="0"/>
          <w:sz w:val="20"/>
        </w:rPr>
        <w:t>Codice Identificativo Contratto (se presente): _______________________</w:t>
      </w:r>
    </w:p>
    <w:p/>
    <w:p>
      <w:r>
        <w:rPr>
          <w:b w:val="0"/>
          <w:sz w:val="20"/>
        </w:rPr>
        <w:t>Si richiede pertanto di considerare risolto il suddetto contratto, con effetto immediato e senza ulteriori obblighi a carico del sottoscritto.</w:t>
      </w:r>
    </w:p>
    <w:p/>
    <w:p>
      <w:r>
        <w:rPr>
          <w:b w:val="0"/>
          <w:sz w:val="20"/>
        </w:rPr>
        <w:t>Restano confermate tutte le disposizioni di legge in materia di restituzione di eventuali documenti e informazioni fornite.</w:t>
      </w:r>
    </w:p>
    <w:p/>
    <w:p>
      <w:r>
        <w:rPr>
          <w:b w:val="0"/>
          <w:sz w:val="20"/>
        </w:rPr>
        <w:t>In attesa di conferma di ricezione della presente disdetta, porgo cordiali saluti.</w:t>
      </w:r>
    </w:p>
    <w:p/>
    <w:p/>
    <w:p>
      <w:r>
        <w:rPr>
          <w:b/>
          <w:sz w:val="20"/>
        </w:rPr>
        <w:t>Firma del Cliente:</w:t>
      </w:r>
    </w:p>
    <w:p>
      <w:r>
        <w:rPr>
          <w:b w:val="0"/>
          <w:sz w:val="20"/>
        </w:rPr>
        <w:t>_______________________________________________________</w:t>
      </w:r>
    </w:p>
    <w:p/>
    <w:p/>
    <w:p/>
    <w:p>
      <w:r>
        <w:rPr>
          <w:b w:val="0"/>
          <w:sz w:val="20"/>
        </w:rPr>
        <w:t>Luogo: ___________________________________________________________</w:t>
      </w:r>
    </w:p>
    <w:p>
      <w:r>
        <w:rPr>
          <w:b w:val="0"/>
          <w:sz w:val="20"/>
        </w:rPr>
        <w:t>Data: 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Cliente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Tecnocasa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https://esperto-disdetta.com/modulo-disdetta-tecnocasa/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https://esperto-disdetta.com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esperto-disdetta.com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sdetta.com/modulo-disdetta-tecnocasa/" TargetMode="External"/><Relationship Id="rId10" Type="http://schemas.openxmlformats.org/officeDocument/2006/relationships/hyperlink" Target="https://esperto-disdet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