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TIMVISION</w:t>
      </w:r>
    </w:p>
    <w:p/>
    <w:p>
      <w:r>
        <w:rPr>
          <w:b/>
          <w:sz w:val="20"/>
        </w:rPr>
        <w:t>Dati del cliente:</w:t>
      </w:r>
    </w:p>
    <w:p>
      <w:r>
        <w:rPr>
          <w:b w:val="0"/>
          <w:sz w:val="20"/>
        </w:rPr>
        <w:t>Nome e Cognome / Ragione Sociale : ______________________________________________</w:t>
      </w:r>
    </w:p>
    <w:p>
      <w:r>
        <w:rPr>
          <w:b w:val="0"/>
          <w:sz w:val="20"/>
        </w:rPr>
        <w:t>Codice Fiscale / Partita IVA : ______________________________________________</w:t>
      </w:r>
    </w:p>
    <w:p>
      <w:r>
        <w:rPr>
          <w:b w:val="0"/>
          <w:sz w:val="20"/>
        </w:rPr>
        <w:t>Indirizzo : ________________________________________________________________</w:t>
      </w:r>
    </w:p>
    <w:p>
      <w:r>
        <w:rPr>
          <w:b w:val="0"/>
          <w:sz w:val="20"/>
        </w:rPr>
        <w:t>Città : ____________________________ CAP : _____________ Provincia : __________</w:t>
      </w:r>
    </w:p>
    <w:p>
      <w:r>
        <w:rPr>
          <w:b w:val="0"/>
          <w:sz w:val="20"/>
        </w:rPr>
        <w:t>Numero di telefono : __________________________________________________________</w:t>
      </w:r>
    </w:p>
    <w:p>
      <w:r>
        <w:rPr>
          <w:b w:val="0"/>
          <w:sz w:val="20"/>
        </w:rPr>
        <w:t>Indirizzo email : _____________________________________________________________</w:t>
      </w:r>
    </w:p>
    <w:p/>
    <w:p/>
    <w:p>
      <w:r>
        <w:rPr>
          <w:b/>
          <w:sz w:val="20"/>
        </w:rPr>
        <w:t>Spett.le TIM S.p.A.</w:t>
      </w:r>
    </w:p>
    <w:p>
      <w:r>
        <w:rPr>
          <w:b w:val="0"/>
          <w:sz w:val="20"/>
        </w:rPr>
        <w:t>Servizio Clienti TIMVISION</w:t>
      </w:r>
    </w:p>
    <w:p>
      <w:r>
        <w:rPr>
          <w:b w:val="0"/>
          <w:sz w:val="20"/>
        </w:rPr>
        <w:t>Casella Postale 111</w:t>
      </w:r>
    </w:p>
    <w:p>
      <w:r>
        <w:rPr>
          <w:b w:val="0"/>
          <w:sz w:val="20"/>
        </w:rPr>
        <w:t>00054 Fiumicino (RM)</w:t>
      </w:r>
    </w:p>
    <w:p/>
    <w:p/>
    <w:p>
      <w:r>
        <w:rPr>
          <w:b/>
          <w:sz w:val="20"/>
        </w:rPr>
        <w:t>Oggetto: Disdetta del contratto di abbonamento TIMVISION</w:t>
      </w:r>
    </w:p>
    <w:p/>
    <w:p>
      <w:r>
        <w:rPr>
          <w:b w:val="0"/>
          <w:sz w:val="20"/>
        </w:rPr>
        <w:t>Il/La sottoscritto/a, con la presente, comunica la volontà di recedere dal contratto di abbonamento al servizio TIMVISION attivato a suo nome, ai sensi dell'art. 1373 e seguenti del Codice Civile e del Decreto Legislativo 206/2005 (Codice del Consumo).</w:t>
      </w:r>
    </w:p>
    <w:p/>
    <w:p>
      <w:r>
        <w:rPr>
          <w:b w:val="0"/>
          <w:sz w:val="20"/>
        </w:rPr>
        <w:t>Richiedo pertanto che la disdetta abbia effetto immediato e che vengano cessati tutti i servizi a me intestati relativi a TIMVISION, con contestuale cessazione di eventuali addebiti e rinnovi automatici.</w:t>
      </w:r>
    </w:p>
    <w:p/>
    <w:p>
      <w:r>
        <w:rPr>
          <w:b w:val="0"/>
          <w:sz w:val="20"/>
        </w:rPr>
        <w:t>Confermo altresì di restituire, entro i termini previsti, eventuali dispositivi e apparecchi forniti in comodato d’uso, secondo le modalità comunicate da TIM.</w:t>
      </w:r>
    </w:p>
    <w:p/>
    <w:p>
      <w:r>
        <w:rPr>
          <w:b w:val="0"/>
          <w:sz w:val="20"/>
        </w:rPr>
        <w:t>Vi prego di voler considerare questa comunicazione come formale e definitiva richiesta di disdetta, senza necessità di ulteriori conferme da parte mia.</w:t>
      </w:r>
    </w:p>
    <w:p/>
    <w:p/>
    <w:p>
      <w:r>
        <w:rPr>
          <w:b w:val="0"/>
          <w:sz w:val="20"/>
        </w:rPr>
        <w:t>Ai sensi dell’art. 7, comma 1, lettera b) del Decreto Legislativo 206/2005, la presente disdetta viene inviata con congruo preavviso rispetto alla scadenza del periodo contrattuale in corso, pertanto il contratto si intende risolto alla data di scadenza naturale.</w:t>
      </w:r>
    </w:p>
    <w:p/>
    <w:p>
      <w:r>
        <w:rPr>
          <w:b w:val="0"/>
          <w:sz w:val="20"/>
        </w:rPr>
        <w:t>Si ricorda che, in caso di recesso anticipato rispetto alla scadenza contrattuale, potranno essere applicate penali secondo quanto previsto dal contratto sottoscritto.</w:t>
      </w:r>
    </w:p>
    <w:p/>
    <w:p/>
    <w:p>
      <w:r>
        <w:rPr>
          <w:b w:val="0"/>
          <w:sz w:val="20"/>
        </w:rPr>
        <w:t>Luogo, ____________________________</w:t>
      </w:r>
    </w:p>
    <w:p>
      <w:r>
        <w:rPr>
          <w:b w:val="0"/>
          <w:sz w:val="20"/>
        </w:rPr>
        <w:t>Firma del cliente: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Inviato da: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Ricevuto da TIMVISION: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https://esperto-disdetta.com/modulo-disdetta-timvision/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timvision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