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VODAFONE PER DECESSO</w:t>
      </w:r>
    </w:p>
    <w:p/>
    <w:p>
      <w:r>
        <w:rPr>
          <w:b/>
          <w:sz w:val="20"/>
        </w:rPr>
        <w:t>Spett.le Vodafone Italia S.p.A.</w:t>
      </w:r>
    </w:p>
    <w:p>
      <w:r>
        <w:rPr>
          <w:b w:val="0"/>
          <w:sz w:val="20"/>
        </w:rPr>
        <w:t>Servizio Clienti</w:t>
      </w:r>
    </w:p>
    <w:p>
      <w:r>
        <w:rPr>
          <w:b w:val="0"/>
          <w:sz w:val="20"/>
        </w:rPr>
        <w:t>Via Jervis, 77 – 10155 Torino (TO)</w:t>
      </w:r>
    </w:p>
    <w:p>
      <w:r>
        <w:rPr>
          <w:b w:val="0"/>
          <w:sz w:val="20"/>
        </w:rPr>
        <w:t>PEC: vodafoneitalia@pec.vodafone.it</w:t>
      </w:r>
    </w:p>
    <w:p/>
    <w:p/>
    <w:p>
      <w:r>
        <w:rPr>
          <w:b/>
          <w:sz w:val="20"/>
        </w:rPr>
        <w:t>Oggetto: Disdetta contratto per decesso dell’intestatario</w:t>
      </w:r>
    </w:p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Cognome: ______________________________________________</w:t>
      </w:r>
    </w:p>
    <w:p>
      <w:r>
        <w:rPr>
          <w:b w:val="0"/>
          <w:sz w:val="20"/>
        </w:rPr>
        <w:t>Codice Fiscale: _______________________________________________</w:t>
      </w:r>
    </w:p>
    <w:p>
      <w:r>
        <w:rPr>
          <w:b w:val="0"/>
          <w:sz w:val="20"/>
        </w:rPr>
        <w:t>Indirizzo: ____________________________________________________</w:t>
      </w:r>
    </w:p>
    <w:p>
      <w:r>
        <w:rPr>
          <w:b w:val="0"/>
          <w:sz w:val="20"/>
        </w:rPr>
        <w:t>Telefono: _____________________________________________________</w:t>
      </w:r>
    </w:p>
    <w:p>
      <w:r>
        <w:rPr>
          <w:b w:val="0"/>
          <w:sz w:val="20"/>
        </w:rPr>
        <w:t>Email: _______________________________________________________</w:t>
      </w:r>
    </w:p>
    <w:p/>
    <w:p>
      <w:r>
        <w:rPr>
          <w:b/>
          <w:sz w:val="20"/>
        </w:rPr>
        <w:t>in qualità di erede/legale rappresentante del Sig./Sig.ra:</w:t>
      </w:r>
    </w:p>
    <w:p>
      <w:r>
        <w:rPr>
          <w:b w:val="0"/>
          <w:sz w:val="20"/>
        </w:rPr>
        <w:t>Nome e Cognome dell’intestatario del contratto Vodafone deceduto: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Codice Fiscale dell’intestatario: _______________________________</w:t>
      </w:r>
    </w:p>
    <w:p>
      <w:r>
        <w:rPr>
          <w:b w:val="0"/>
          <w:sz w:val="20"/>
        </w:rPr>
        <w:t>Numero di contratto / numero di telefono Vodafone: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DICHIARA</w:t>
      </w:r>
    </w:p>
    <w:p>
      <w:r>
        <w:rPr>
          <w:b w:val="0"/>
          <w:sz w:val="20"/>
        </w:rPr>
        <w:t>il decesso del Sig./Sig.ra sopra indicato/a, allegando copia del certificato di morte e del proprio documento di identità.</w:t>
      </w:r>
    </w:p>
    <w:p/>
    <w:p>
      <w:r>
        <w:rPr>
          <w:b w:val="0"/>
          <w:sz w:val="20"/>
        </w:rPr>
        <w:t>Chiede pertanto la disdetta immediata del contratto Vodafone intestato al defunto, con cessazione di tutti i servizi annessi e la chiusura definitiva della linea telefonica e/o dei servizi sottoscritti.</w:t>
      </w:r>
    </w:p>
    <w:p/>
    <w:p>
      <w:r>
        <w:rPr>
          <w:b w:val="0"/>
          <w:sz w:val="20"/>
        </w:rPr>
        <w:t>Si impegna inoltre a restituire, entro i termini stabiliti da Vodafone, eventuali dispositivi in comodato d’uso (modem, decoder, telefoni) ricevuti in relazione al contratto disdetto.</w:t>
      </w:r>
    </w:p>
    <w:p/>
    <w:p>
      <w:r>
        <w:rPr>
          <w:b w:val="0"/>
          <w:sz w:val="20"/>
        </w:rPr>
        <w:t>Allega alla presente:</w:t>
      </w:r>
    </w:p>
    <w:p>
      <w:r>
        <w:rPr>
          <w:b w:val="0"/>
          <w:sz w:val="20"/>
        </w:rPr>
        <w:t>- Copia documento di identità del sottoscritto</w:t>
      </w:r>
    </w:p>
    <w:p>
      <w:r>
        <w:rPr>
          <w:b w:val="0"/>
          <w:sz w:val="20"/>
        </w:rPr>
        <w:t>- Copia certificato di morte dell’intestatario</w:t>
      </w:r>
    </w:p>
    <w:p>
      <w:r>
        <w:rPr>
          <w:b w:val="0"/>
          <w:sz w:val="20"/>
        </w:rPr>
        <w:t>- Eventuale procura o documentazione attestante la legittimazione a rappresentare l’intestatario o la sua successione</w:t>
      </w:r>
    </w:p>
    <w:p/>
    <w:p/>
    <w:p>
      <w:r>
        <w:rPr>
          <w:b w:val="0"/>
          <w:sz w:val="20"/>
        </w:rPr>
        <w:t>Luogo e Data: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dell'erede/legale rappresentante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per presa visione Vodafone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Nota bene:</w:t>
      </w:r>
    </w:p>
    <w:p>
      <w:r>
        <w:rPr>
          <w:b w:val="0"/>
          <w:sz w:val="20"/>
        </w:rPr>
        <w:t>La presente disdetta viene effettuata ai sensi dell’art. 1454 e seguenti del Codice Civile e della normativa vigente in materia di contratti e successioni.</w:t>
      </w:r>
    </w:p>
    <w:p>
      <w:r>
        <w:rPr>
          <w:b w:val="0"/>
          <w:sz w:val="20"/>
        </w:rPr>
        <w:t>Si raccomanda di inviare il modulo tramite raccomandata A/R o PEC per avere prova della comunicazione.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https://esperto-disdetta.com/modulo-disdetta-vodafone-per-decesso/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vodafone-per-decesso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