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GIUSTIFICATIVO MANCATA DISDETTA - REGIONE PUGLIA</w:t>
      </w:r>
    </w:p>
    <w:p/>
    <w:p/>
    <w:p>
      <w:r>
        <w:rPr>
          <w:b w:val="0"/>
          <w:sz w:val="20"/>
        </w:rPr>
        <w:t>Il sottoscritto/a, consapevole delle sanzioni penali previste in caso di dichiarazioni mendaci ai sensi dell'art. 76 del D.P.R. 445/2000,</w:t>
      </w:r>
    </w:p>
    <w:p>
      <w:r>
        <w:rPr>
          <w:b w:val="0"/>
          <w:sz w:val="20"/>
        </w:rPr>
        <w:t>nonché della decadenza dei benefici ottenuti in caso di dichiarazioni non veritiere, ai sensi dell'art. 75 del medesimo D.P.R.,</w:t>
      </w:r>
    </w:p>
    <w:p>
      <w:r>
        <w:rPr>
          <w:b/>
          <w:sz w:val="20"/>
        </w:rPr>
        <w:t>dichiara quanto segue:</w:t>
      </w:r>
    </w:p>
    <w:p/>
    <w:p>
      <w:r>
        <w:rPr>
          <w:b/>
          <w:sz w:val="20"/>
        </w:rPr>
        <w:t>Dati anagrafici:</w:t>
      </w:r>
    </w:p>
    <w:p>
      <w:r>
        <w:rPr>
          <w:b w:val="0"/>
          <w:sz w:val="20"/>
        </w:rPr>
        <w:t>Nome e Cognome : 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_____________________________________________________________</w:t>
      </w:r>
    </w:p>
    <w:p>
      <w:r>
        <w:rPr>
          <w:b w:val="0"/>
          <w:sz w:val="20"/>
        </w:rPr>
        <w:t>Indirizzo Residenza : 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_________________________________________________________________</w:t>
      </w:r>
    </w:p>
    <w:p/>
    <w:p>
      <w:r>
        <w:rPr>
          <w:b/>
          <w:sz w:val="20"/>
        </w:rPr>
        <w:t>Dati della comunicazione mancata disdetta:</w:t>
      </w:r>
    </w:p>
    <w:p>
      <w:r>
        <w:rPr>
          <w:b w:val="0"/>
          <w:sz w:val="20"/>
        </w:rPr>
        <w:t>Oggetto del servizio/contratto : ______________________________________________</w:t>
      </w:r>
    </w:p>
    <w:p>
      <w:r>
        <w:rPr>
          <w:b w:val="0"/>
          <w:sz w:val="20"/>
        </w:rPr>
        <w:t>Data prevista per la disdetta : ________________________________________________</w:t>
      </w:r>
    </w:p>
    <w:p>
      <w:r>
        <w:rPr>
          <w:b w:val="0"/>
          <w:sz w:val="20"/>
        </w:rPr>
        <w:t>Motivo della mancata disdetta (descrivere dettagliatamente):</w:t>
      </w:r>
    </w:p>
    <w:p>
      <w:r>
        <w:br/>
        <w:br/>
        <w:br/>
        <w:br/>
        <w:br/>
      </w:r>
    </w:p>
    <w:p/>
    <w:p>
      <w:r>
        <w:rPr>
          <w:b/>
          <w:sz w:val="20"/>
        </w:rPr>
        <w:t>Dichiarazione giustificativa:</w:t>
      </w:r>
    </w:p>
    <w:p>
      <w:r>
        <w:rPr>
          <w:b w:val="0"/>
          <w:sz w:val="20"/>
        </w:rPr>
        <w:t>Con la presente dichiaro che la mancata comunicazione di disdetta è dipesa da cause di forza maggiore, impreviste e indipendenti dalla mia volontà,</w:t>
      </w:r>
    </w:p>
    <w:p>
      <w:r>
        <w:rPr>
          <w:b w:val="0"/>
          <w:sz w:val="20"/>
        </w:rPr>
        <w:t>che hanno impedito tempestivamente di adempiere all'obbligo di comunicazione nei termini previsti dal contratto o dalla normativa vigente.</w:t>
      </w:r>
    </w:p>
    <w:p/>
    <w:p>
      <w:r>
        <w:rPr>
          <w:b/>
          <w:sz w:val="20"/>
        </w:rPr>
        <w:t>Riferimenti normativi:</w:t>
      </w:r>
    </w:p>
    <w:p>
      <w:r>
        <w:rPr>
          <w:b w:val="0"/>
          <w:sz w:val="20"/>
        </w:rPr>
        <w:t>La presente giustificazione è resa ai sensi e per gli effetti degli artt. 46 e 47 del D.P.R. 28 dicembre 2000, n. 445 (Testo Unico delle disposizioni legislative e regolamentari in materia di documentazione amministrativa).</w:t>
      </w:r>
    </w:p>
    <w:p/>
    <w:p>
      <w:r>
        <w:rPr>
          <w:b/>
          <w:sz w:val="20"/>
        </w:rPr>
        <w:t>Impegno e consapevolezza:</w:t>
      </w:r>
    </w:p>
    <w:p>
      <w:r>
        <w:rPr>
          <w:b w:val="0"/>
          <w:sz w:val="20"/>
        </w:rPr>
        <w:t>Dichiaro altresì di impegnarmi a comunicare tempestivamente eventuali variazioni e a rispettare tutti gli obblighi contrattuali e normativi.</w:t>
      </w:r>
    </w:p>
    <w:p>
      <w:r>
        <w:rPr>
          <w:b w:val="0"/>
          <w:sz w:val="20"/>
        </w:rPr>
        <w:t>Sono consapevole che eventuali dichiarazioni false comportano l'applicazione delle sanzioni previste dalla legge.</w:t>
      </w:r>
    </w:p>
    <w:p/>
    <w:p/>
    <w:p>
      <w:r>
        <w:rPr>
          <w:b w:val="0"/>
          <w:sz w:val="20"/>
        </w:rPr>
        <w:t>Luogo : _________________________________________</w:t>
      </w:r>
    </w:p>
    <w:p>
      <w:r>
        <w:rPr>
          <w:b w:val="0"/>
          <w:sz w:val="20"/>
        </w:rPr>
        <w:t>Firma : 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dell'Operatore Ricevente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</w:tbl>
    <w:p/>
    <w:p/>
    <w:p>
      <w:r>
        <w:rPr>
          <w:b/>
          <w:sz w:val="20"/>
        </w:rPr>
        <w:t>Nota Bene:</w:t>
      </w:r>
    </w:p>
    <w:p>
      <w:r>
        <w:rPr>
          <w:b w:val="0"/>
          <w:sz w:val="20"/>
        </w:rPr>
        <w:t>Il presente modulo deve essere consegnato all'Ufficio competente entro i termini stabiliti, unitamente a tutta la documentazione comprovante il motivo della mancata disdetta.</w:t>
      </w:r>
    </w:p>
    <w:p>
      <w:r>
        <w:rPr>
          <w:b w:val="0"/>
          <w:sz w:val="20"/>
        </w:rPr>
        <w:t>Il mancato rispetto di tali termini comporterà la decadenza dal diritto a qualsiasi beneficio o agevolazione prevista.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https://esperto-disdetta.com/modulo-giustificativo-mancata-disdetta-puglia/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odulo-giustificativo-mancata-disdetta-puglia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