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RACCOMANDATA A MANO - DISDETTA CONTRATTO DI LOCAZIONE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___________________________________________________</w:t>
      </w:r>
    </w:p>
    <w:p>
      <w:r>
        <w:rPr>
          <w:b w:val="0"/>
          <w:sz w:val="20"/>
        </w:rPr>
        <w:t>Indirizzo: _________________________________________________________</w:t>
      </w:r>
    </w:p>
    <w:p>
      <w:r>
        <w:rPr>
          <w:b w:val="0"/>
          <w:sz w:val="20"/>
        </w:rPr>
        <w:t>CAP, Città: 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Sociale: _________________________________</w:t>
      </w:r>
    </w:p>
    <w:p>
      <w:r>
        <w:rPr>
          <w:b w:val="0"/>
          <w:sz w:val="20"/>
        </w:rPr>
        <w:t>Indirizzo immobile locato: __________________________________________</w:t>
      </w:r>
    </w:p>
    <w:p>
      <w:r>
        <w:rPr>
          <w:b w:val="0"/>
          <w:sz w:val="20"/>
        </w:rPr>
        <w:t>CAP, Città: _________________________________________________________</w:t>
      </w:r>
    </w:p>
    <w:p/>
    <w:p/>
    <w:p>
      <w:r>
        <w:rPr>
          <w:b/>
          <w:sz w:val="20"/>
        </w:rPr>
        <w:t>Oggetto: Disdetta contratto di locazione</w:t>
      </w:r>
    </w:p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Il sottoscritto/a, come sopra indicato/a, in qualità di conduttore dell’immobile sito in</w:t>
      </w:r>
    </w:p>
    <w:p>
      <w:r>
        <w:rPr>
          <w:b w:val="0"/>
          <w:sz w:val="20"/>
        </w:rPr>
        <w:t>_____________________________________________________________,</w:t>
      </w:r>
    </w:p>
    <w:p>
      <w:r>
        <w:rPr>
          <w:b w:val="0"/>
          <w:sz w:val="20"/>
        </w:rPr>
        <w:t>ai sensi e per gli effetti dell’art. 3 della legge 9 dicembre 1998, n. 431,</w:t>
      </w:r>
    </w:p>
    <w:p>
      <w:r>
        <w:rPr>
          <w:b w:val="0"/>
          <w:sz w:val="20"/>
        </w:rPr>
        <w:t>comunica formalmente la volontà di recedere dal contratto di locazione stipulato con codesta spettabile parte,</w:t>
      </w:r>
    </w:p>
    <w:p>
      <w:r>
        <w:rPr>
          <w:b w:val="0"/>
          <w:sz w:val="20"/>
        </w:rPr>
        <w:t>con decorrenza dal termine di preavviso previsto contrattualmente.</w:t>
      </w:r>
    </w:p>
    <w:p/>
    <w:p>
      <w:r>
        <w:rPr>
          <w:b w:val="0"/>
          <w:sz w:val="20"/>
        </w:rPr>
        <w:t>Si precisa che la presente comunicazione viene effettuata mediante consegna a mano,</w:t>
      </w:r>
    </w:p>
    <w:p>
      <w:r>
        <w:rPr>
          <w:b w:val="0"/>
          <w:sz w:val="20"/>
        </w:rPr>
        <w:t>in modo da dare immediata evidenza della ricezione e della volontà di disdetta.</w:t>
      </w:r>
    </w:p>
    <w:p/>
    <w:p>
      <w:r>
        <w:rPr>
          <w:b w:val="0"/>
          <w:sz w:val="20"/>
        </w:rPr>
        <w:t>Restando a disposizione per concordare le modalità di restituzione dell’immobile e per gli adempimenti finali,</w:t>
      </w:r>
    </w:p>
    <w:p>
      <w:r>
        <w:rPr>
          <w:b w:val="0"/>
          <w:sz w:val="20"/>
        </w:rPr>
        <w:t>si porgono distinti saluti.</w:t>
      </w:r>
    </w:p>
    <w:p/>
    <w:p/>
    <w:p/>
    <w:p>
      <w:r>
        <w:rPr>
          <w:b w:val="0"/>
          <w:sz w:val="20"/>
        </w:rPr>
        <w:t>Luogo, Data: _________________________________________________________</w:t>
      </w:r>
    </w:p>
    <w:p/>
    <w:p/>
    <w:p/>
    <w:p>
      <w:r>
        <w:rPr>
          <w:b/>
          <w:sz w:val="20"/>
        </w:rPr>
        <w:t>Firma del Conduttore: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 (Conduttore)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 (Locatore)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https://esperto-disdetta.com/raccomandata-a-mano-disdetta-affitto/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raccomandata-a-mano-disdetta-affitto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